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BAA" w:rsidRDefault="00A80F0C">
      <w:pPr>
        <w:pStyle w:val="Naslov1"/>
      </w:pPr>
      <w:bookmarkStart w:id="0" w:name="_GoBack"/>
      <w:bookmarkEnd w:id="0"/>
      <w:r>
        <w:t>Odabir udžbenika u školskoj godini 2026./2027.</w:t>
      </w:r>
    </w:p>
    <w:p w:rsidR="002A6BAA" w:rsidRDefault="00A80F0C">
      <w:r>
        <w:t>Popis odabranih udžbenika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77"/>
        <w:gridCol w:w="1198"/>
        <w:gridCol w:w="1371"/>
        <w:gridCol w:w="1502"/>
        <w:gridCol w:w="1711"/>
        <w:gridCol w:w="1771"/>
      </w:tblGrid>
      <w:tr w:rsidR="002A6BAA">
        <w:tc>
          <w:tcPr>
            <w:tcW w:w="1440" w:type="dxa"/>
          </w:tcPr>
          <w:p w:rsidR="002A6BAA" w:rsidRDefault="00A80F0C">
            <w:r>
              <w:t>Razred</w:t>
            </w:r>
          </w:p>
        </w:tc>
        <w:tc>
          <w:tcPr>
            <w:tcW w:w="1440" w:type="dxa"/>
          </w:tcPr>
          <w:p w:rsidR="002A6BAA" w:rsidRDefault="00A80F0C">
            <w:r>
              <w:t>Predmet</w:t>
            </w:r>
          </w:p>
        </w:tc>
        <w:tc>
          <w:tcPr>
            <w:tcW w:w="1440" w:type="dxa"/>
          </w:tcPr>
          <w:p w:rsidR="002A6BAA" w:rsidRDefault="00A80F0C">
            <w:r>
              <w:t>Naziv udžbenika</w:t>
            </w:r>
          </w:p>
        </w:tc>
        <w:tc>
          <w:tcPr>
            <w:tcW w:w="1440" w:type="dxa"/>
          </w:tcPr>
          <w:p w:rsidR="002A6BAA" w:rsidRDefault="00A80F0C">
            <w:r>
              <w:t>Autor</w:t>
            </w:r>
          </w:p>
        </w:tc>
        <w:tc>
          <w:tcPr>
            <w:tcW w:w="1440" w:type="dxa"/>
          </w:tcPr>
          <w:p w:rsidR="002A6BAA" w:rsidRDefault="00A80F0C">
            <w:r>
              <w:t>Nakladnik</w:t>
            </w:r>
          </w:p>
        </w:tc>
        <w:tc>
          <w:tcPr>
            <w:tcW w:w="1440" w:type="dxa"/>
          </w:tcPr>
          <w:p w:rsidR="002A6BAA" w:rsidRDefault="00A80F0C">
            <w:r>
              <w:t>ISBN/Kat.br.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3873</w:t>
            </w:r>
          </w:p>
        </w:tc>
        <w:tc>
          <w:tcPr>
            <w:tcW w:w="1440" w:type="dxa"/>
          </w:tcPr>
          <w:p w:rsidR="002A6BAA" w:rsidRDefault="00A80F0C">
            <w:r>
              <w:t>1.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MOJI TRAGOVI 1 (PRVI TRAG, TRAG U RIJEČI, TRAG U PRIČI)</w:t>
            </w:r>
          </w:p>
        </w:tc>
        <w:tc>
          <w:tcPr>
            <w:tcW w:w="1440" w:type="dxa"/>
          </w:tcPr>
          <w:p w:rsidR="002A6BAA" w:rsidRDefault="00A80F0C">
            <w:r>
              <w:t xml:space="preserve">radna početnica za </w:t>
            </w:r>
            <w:r>
              <w:t>prvi razred osnovne škole 1.,2., i 3.dio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3930</w:t>
            </w:r>
          </w:p>
        </w:tc>
        <w:tc>
          <w:tcPr>
            <w:tcW w:w="1440" w:type="dxa"/>
          </w:tcPr>
          <w:p w:rsidR="002A6BAA" w:rsidRDefault="00A80F0C">
            <w:r>
              <w:t>1.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SUPER MATEMATIKA ZA PRAVE TRAGAČE 1</w:t>
            </w:r>
          </w:p>
        </w:tc>
        <w:tc>
          <w:tcPr>
            <w:tcW w:w="1440" w:type="dxa"/>
          </w:tcPr>
          <w:p w:rsidR="002A6BAA" w:rsidRDefault="00A80F0C">
            <w:r>
              <w:t>radni udžbenik matematike za prvi razred osnovne škole, 1.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3930</w:t>
            </w:r>
          </w:p>
        </w:tc>
        <w:tc>
          <w:tcPr>
            <w:tcW w:w="1440" w:type="dxa"/>
          </w:tcPr>
          <w:p w:rsidR="002A6BAA" w:rsidRDefault="00A80F0C">
            <w:r>
              <w:t>1.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 xml:space="preserve">SUPER MATEMATIKA ZA PRAVE </w:t>
            </w:r>
            <w:r>
              <w:t>TRAGAČE 1</w:t>
            </w:r>
          </w:p>
        </w:tc>
        <w:tc>
          <w:tcPr>
            <w:tcW w:w="1440" w:type="dxa"/>
          </w:tcPr>
          <w:p w:rsidR="002A6BAA" w:rsidRDefault="00A80F0C">
            <w:r>
              <w:t>radni udžbenik matematike za prvi razred osnovne škole,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3964</w:t>
            </w:r>
          </w:p>
        </w:tc>
        <w:tc>
          <w:tcPr>
            <w:tcW w:w="1440" w:type="dxa"/>
          </w:tcPr>
          <w:p w:rsidR="002A6BAA" w:rsidRDefault="00A80F0C">
            <w:r>
              <w:t>1. A</w:t>
            </w:r>
          </w:p>
        </w:tc>
        <w:tc>
          <w:tcPr>
            <w:tcW w:w="1440" w:type="dxa"/>
          </w:tcPr>
          <w:p w:rsidR="002A6BAA" w:rsidRDefault="00A80F0C">
            <w:r>
              <w:t>Priroda i društvo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POGLED U SVIJET 1, TRAGOM PRIRODE I DRUŠTVA</w:t>
            </w:r>
          </w:p>
        </w:tc>
        <w:tc>
          <w:tcPr>
            <w:tcW w:w="1440" w:type="dxa"/>
          </w:tcPr>
          <w:p w:rsidR="002A6BAA" w:rsidRDefault="00A80F0C">
            <w:r>
              <w:t>radni udžbenik prirode i društva za prvi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3824</w:t>
            </w:r>
          </w:p>
        </w:tc>
        <w:tc>
          <w:tcPr>
            <w:tcW w:w="1440" w:type="dxa"/>
          </w:tcPr>
          <w:p w:rsidR="002A6BAA" w:rsidRDefault="00A80F0C">
            <w:r>
              <w:t>1. A</w:t>
            </w:r>
          </w:p>
        </w:tc>
        <w:tc>
          <w:tcPr>
            <w:tcW w:w="1440" w:type="dxa"/>
          </w:tcPr>
          <w:p w:rsidR="002A6BAA" w:rsidRDefault="00A80F0C">
            <w:r>
              <w:t>Engleski jezik</w:t>
            </w:r>
          </w:p>
        </w:tc>
        <w:tc>
          <w:tcPr>
            <w:tcW w:w="1440" w:type="dxa"/>
          </w:tcPr>
          <w:p w:rsidR="002A6BAA" w:rsidRDefault="00A80F0C">
            <w:r>
              <w:t>Pr</w:t>
            </w:r>
            <w:r>
              <w:t>ofil Klett d.o.o.</w:t>
            </w:r>
          </w:p>
        </w:tc>
        <w:tc>
          <w:tcPr>
            <w:tcW w:w="1440" w:type="dxa"/>
          </w:tcPr>
          <w:p w:rsidR="002A6BAA" w:rsidRDefault="00A80F0C">
            <w:r>
              <w:t>LET'S EXPLORE! 1</w:t>
            </w:r>
          </w:p>
        </w:tc>
        <w:tc>
          <w:tcPr>
            <w:tcW w:w="1440" w:type="dxa"/>
          </w:tcPr>
          <w:p w:rsidR="002A6BAA" w:rsidRDefault="00A80F0C">
            <w:r>
              <w:t>udžbenik engleskoga jezika za prvi razred osnovne škole, prva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3904</w:t>
            </w:r>
          </w:p>
        </w:tc>
        <w:tc>
          <w:tcPr>
            <w:tcW w:w="1440" w:type="dxa"/>
          </w:tcPr>
          <w:p w:rsidR="002A6BAA" w:rsidRDefault="00A80F0C">
            <w:r>
              <w:t>1.A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Glas Koncila</w:t>
            </w:r>
          </w:p>
        </w:tc>
        <w:tc>
          <w:tcPr>
            <w:tcW w:w="1440" w:type="dxa"/>
          </w:tcPr>
          <w:p w:rsidR="002A6BAA" w:rsidRDefault="00A80F0C">
            <w:r>
              <w:t>U Božjoj ljubavi 1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prvog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4741</w:t>
            </w:r>
          </w:p>
        </w:tc>
        <w:tc>
          <w:tcPr>
            <w:tcW w:w="1440" w:type="dxa"/>
          </w:tcPr>
          <w:p w:rsidR="002A6BAA" w:rsidRDefault="00A80F0C">
            <w:r>
              <w:t>1.A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E-SVIJET 1</w:t>
            </w:r>
          </w:p>
        </w:tc>
        <w:tc>
          <w:tcPr>
            <w:tcW w:w="1440" w:type="dxa"/>
          </w:tcPr>
          <w:p w:rsidR="002A6BAA" w:rsidRDefault="00A80F0C">
            <w:r>
              <w:t>radni udžbenik informatike s dodatnim digitalnim sadržajima u prvom razredu osnovne škol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 xml:space="preserve">   DRUGI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4809</w:t>
            </w:r>
          </w:p>
        </w:tc>
        <w:tc>
          <w:tcPr>
            <w:tcW w:w="1440" w:type="dxa"/>
          </w:tcPr>
          <w:p w:rsidR="002A6BAA" w:rsidRDefault="00A80F0C">
            <w:r>
              <w:t>2.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PČELICA 2</w:t>
            </w:r>
          </w:p>
        </w:tc>
        <w:tc>
          <w:tcPr>
            <w:tcW w:w="1440" w:type="dxa"/>
          </w:tcPr>
          <w:p w:rsidR="002A6BAA" w:rsidRDefault="00A80F0C">
            <w:r>
              <w:t xml:space="preserve">radni udžbenik hrvatskog jezika s dodatnim </w:t>
            </w:r>
            <w:r>
              <w:lastRenderedPageBreak/>
              <w:t xml:space="preserve">digitalnim </w:t>
            </w:r>
            <w:r>
              <w:t>sadržajima u drugom razredu osnovne škole, KOMPLET 1. i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4799</w:t>
            </w:r>
          </w:p>
        </w:tc>
        <w:tc>
          <w:tcPr>
            <w:tcW w:w="1440" w:type="dxa"/>
          </w:tcPr>
          <w:p w:rsidR="002A6BAA" w:rsidRDefault="00A80F0C">
            <w:r>
              <w:t>2.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MOJ SRETNI BROJ 2</w:t>
            </w:r>
          </w:p>
        </w:tc>
        <w:tc>
          <w:tcPr>
            <w:tcW w:w="1440" w:type="dxa"/>
          </w:tcPr>
          <w:p w:rsidR="002A6BAA" w:rsidRDefault="00A80F0C">
            <w:r>
              <w:t xml:space="preserve"> udžbenik matematike s dodatnim digitalnim sadržajima u drugom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4747</w:t>
            </w:r>
          </w:p>
        </w:tc>
        <w:tc>
          <w:tcPr>
            <w:tcW w:w="1440" w:type="dxa"/>
          </w:tcPr>
          <w:p w:rsidR="002A6BAA" w:rsidRDefault="00A80F0C">
            <w:r>
              <w:t>2. A</w:t>
            </w:r>
          </w:p>
        </w:tc>
        <w:tc>
          <w:tcPr>
            <w:tcW w:w="1440" w:type="dxa"/>
          </w:tcPr>
          <w:p w:rsidR="002A6BAA" w:rsidRDefault="00A80F0C">
            <w:r>
              <w:t>Priroda i društvo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EUREKA 2</w:t>
            </w:r>
          </w:p>
        </w:tc>
        <w:tc>
          <w:tcPr>
            <w:tcW w:w="1440" w:type="dxa"/>
          </w:tcPr>
          <w:p w:rsidR="002A6BAA" w:rsidRDefault="00A80F0C">
            <w:r>
              <w:t xml:space="preserve"> udžbenik za prirodu i društvo s dodatnim digitalnim sadržajima u drugom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4540</w:t>
            </w:r>
          </w:p>
        </w:tc>
        <w:tc>
          <w:tcPr>
            <w:tcW w:w="1440" w:type="dxa"/>
          </w:tcPr>
          <w:p w:rsidR="002A6BAA" w:rsidRDefault="00A80F0C">
            <w:r>
              <w:t>2.A</w:t>
            </w:r>
          </w:p>
        </w:tc>
        <w:tc>
          <w:tcPr>
            <w:tcW w:w="1440" w:type="dxa"/>
          </w:tcPr>
          <w:p w:rsidR="002A6BAA" w:rsidRDefault="00A80F0C">
            <w:r>
              <w:t>Engleski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NEW BUILDING BLOCKS 2</w:t>
            </w:r>
          </w:p>
        </w:tc>
        <w:tc>
          <w:tcPr>
            <w:tcW w:w="1440" w:type="dxa"/>
          </w:tcPr>
          <w:p w:rsidR="002A6BAA" w:rsidRDefault="00A80F0C">
            <w:r>
              <w:t>udžbenik za engleski jezik za drugi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4485</w:t>
            </w:r>
          </w:p>
        </w:tc>
        <w:tc>
          <w:tcPr>
            <w:tcW w:w="1440" w:type="dxa"/>
          </w:tcPr>
          <w:p w:rsidR="002A6BAA" w:rsidRDefault="00A80F0C">
            <w:r>
              <w:t>2.A</w:t>
            </w:r>
          </w:p>
        </w:tc>
        <w:tc>
          <w:tcPr>
            <w:tcW w:w="1440" w:type="dxa"/>
          </w:tcPr>
          <w:p w:rsidR="002A6BAA" w:rsidRDefault="00A80F0C">
            <w:r>
              <w:t>Katolički vjerona</w:t>
            </w:r>
            <w:r>
              <w:t>uk</w:t>
            </w:r>
          </w:p>
        </w:tc>
        <w:tc>
          <w:tcPr>
            <w:tcW w:w="1440" w:type="dxa"/>
          </w:tcPr>
          <w:p w:rsidR="002A6BAA" w:rsidRDefault="00A80F0C">
            <w:r>
              <w:t>Nadbiskupski duhovni stol - Glas Koncil</w:t>
            </w:r>
          </w:p>
        </w:tc>
        <w:tc>
          <w:tcPr>
            <w:tcW w:w="1440" w:type="dxa"/>
          </w:tcPr>
          <w:p w:rsidR="002A6BAA" w:rsidRDefault="00A80F0C">
            <w:r>
              <w:t>U PRIJATELJSTVU S BOGOM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drugoga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4742</w:t>
            </w:r>
          </w:p>
        </w:tc>
        <w:tc>
          <w:tcPr>
            <w:tcW w:w="1440" w:type="dxa"/>
          </w:tcPr>
          <w:p w:rsidR="002A6BAA" w:rsidRDefault="00A80F0C">
            <w:r>
              <w:t>2.A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E-SVIJET 2</w:t>
            </w:r>
          </w:p>
        </w:tc>
        <w:tc>
          <w:tcPr>
            <w:tcW w:w="1440" w:type="dxa"/>
          </w:tcPr>
          <w:p w:rsidR="002A6BAA" w:rsidRDefault="00A80F0C">
            <w:r>
              <w:t xml:space="preserve">radni udžbenik informatike s dodatnim digitalnim sadržajima u drugom </w:t>
            </w:r>
            <w:r>
              <w:t>razredu osnovne škole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 xml:space="preserve">    TREĆI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4826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SVIJET RIJEČI 3</w:t>
            </w:r>
          </w:p>
        </w:tc>
        <w:tc>
          <w:tcPr>
            <w:tcW w:w="1440" w:type="dxa"/>
          </w:tcPr>
          <w:p w:rsidR="002A6BAA" w:rsidRDefault="00A80F0C">
            <w:r>
              <w:t>integrirani radni udžbenik hrvatskog jezika s dodatnim digitalnim sadržajima u trećem razredu osnovne škole, KOMPLET 1. i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5320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 xml:space="preserve">Hrvatski </w:t>
            </w:r>
            <w:r>
              <w:t>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SVIJET RIJEČI 3</w:t>
            </w:r>
          </w:p>
        </w:tc>
        <w:tc>
          <w:tcPr>
            <w:tcW w:w="1440" w:type="dxa"/>
          </w:tcPr>
          <w:p w:rsidR="002A6BAA" w:rsidRDefault="00A80F0C">
            <w:r>
              <w:t>integrirani radni udžbenik za pomoć u učenju hrvatskog jezika u trećem razredu osnovne škole, KOMPLET 1. i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4800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MOJ SRETNI BROJ 3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matematike s dodatnim </w:t>
            </w:r>
            <w:r>
              <w:t>digitalnim sadržajima u trećem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5297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MOJ SRETNI BROJ 3</w:t>
            </w:r>
          </w:p>
        </w:tc>
        <w:tc>
          <w:tcPr>
            <w:tcW w:w="1440" w:type="dxa"/>
          </w:tcPr>
          <w:p w:rsidR="002A6BAA" w:rsidRDefault="00A80F0C">
            <w:r>
              <w:t>radni udžbenik za pomoć u učenju matematike u trećem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4748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Priroda i društvo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EUREKA 3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</w:t>
            </w:r>
            <w:r>
              <w:t>prirode i društva s dodatnim digitalnim sadržajima u trećem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5253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Priroda i društvo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EUREKA 3</w:t>
            </w:r>
          </w:p>
        </w:tc>
        <w:tc>
          <w:tcPr>
            <w:tcW w:w="1440" w:type="dxa"/>
          </w:tcPr>
          <w:p w:rsidR="002A6BAA" w:rsidRDefault="00A80F0C">
            <w:r>
              <w:t>radni udžbenik za pomoć u učenju prirode i društva u trećem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4650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Engleski jezik</w:t>
            </w:r>
          </w:p>
        </w:tc>
        <w:tc>
          <w:tcPr>
            <w:tcW w:w="1440" w:type="dxa"/>
          </w:tcPr>
          <w:p w:rsidR="002A6BAA" w:rsidRDefault="00A80F0C">
            <w:r>
              <w:t>Profil K</w:t>
            </w:r>
            <w:r>
              <w:t>lett d.o.o</w:t>
            </w:r>
          </w:p>
        </w:tc>
        <w:tc>
          <w:tcPr>
            <w:tcW w:w="1440" w:type="dxa"/>
          </w:tcPr>
          <w:p w:rsidR="002A6BAA" w:rsidRDefault="00A80F0C">
            <w:r>
              <w:t>NEW BUILDING BLOCKS 3</w:t>
            </w:r>
          </w:p>
        </w:tc>
        <w:tc>
          <w:tcPr>
            <w:tcW w:w="1440" w:type="dxa"/>
          </w:tcPr>
          <w:p w:rsidR="002A6BAA" w:rsidRDefault="00A80F0C">
            <w:r>
              <w:t>udžbenik engleskoga jezika za treći razred osnovne škole, treća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4464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Kršćanska sadašnjost d.o.o.</w:t>
            </w:r>
          </w:p>
        </w:tc>
        <w:tc>
          <w:tcPr>
            <w:tcW w:w="1440" w:type="dxa"/>
          </w:tcPr>
          <w:p w:rsidR="002A6BAA" w:rsidRDefault="00A80F0C">
            <w:r>
              <w:t>U LJUBAVI I POMIRENJU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trećega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4743</w:t>
            </w:r>
          </w:p>
        </w:tc>
        <w:tc>
          <w:tcPr>
            <w:tcW w:w="1440" w:type="dxa"/>
          </w:tcPr>
          <w:p w:rsidR="002A6BAA" w:rsidRDefault="00A80F0C">
            <w:r>
              <w:t>3. 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E-SVIJET 3</w:t>
            </w:r>
          </w:p>
        </w:tc>
        <w:tc>
          <w:tcPr>
            <w:tcW w:w="1440" w:type="dxa"/>
          </w:tcPr>
          <w:p w:rsidR="002A6BAA" w:rsidRDefault="00A80F0C">
            <w:r>
              <w:t>radni udžbenik informatike s dodatnim digitalnim sadržajima u trećem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>ČETVRTI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5358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TRAG U PRIČI 4</w:t>
            </w:r>
          </w:p>
        </w:tc>
        <w:tc>
          <w:tcPr>
            <w:tcW w:w="1440" w:type="dxa"/>
          </w:tcPr>
          <w:p w:rsidR="002A6BAA" w:rsidRDefault="00A80F0C">
            <w:r>
              <w:t>radni udžbenik hrvatskoga jezi</w:t>
            </w:r>
            <w:r>
              <w:t>ka za 4. razred osnovne škole, 1.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5358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TRAG U PRIČI 4</w:t>
            </w:r>
          </w:p>
        </w:tc>
        <w:tc>
          <w:tcPr>
            <w:tcW w:w="1440" w:type="dxa"/>
          </w:tcPr>
          <w:p w:rsidR="002A6BAA" w:rsidRDefault="00A80F0C">
            <w:r>
              <w:t>radni udžbenik hrvatskoga jezika za 4. razred osnovne škole,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5540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TRAG U PRIČI 4, 1. DIO</w:t>
            </w:r>
          </w:p>
        </w:tc>
        <w:tc>
          <w:tcPr>
            <w:tcW w:w="1440" w:type="dxa"/>
          </w:tcPr>
          <w:p w:rsidR="002A6BAA" w:rsidRDefault="00A80F0C">
            <w:r>
              <w:t xml:space="preserve">radni udžbenik </w:t>
            </w:r>
            <w:r>
              <w:t>Hrvatskoga jezika s prilagođenim sadržajem za 4.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5540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TRAG U PRIČI 4, 2. DIO</w:t>
            </w:r>
          </w:p>
        </w:tc>
        <w:tc>
          <w:tcPr>
            <w:tcW w:w="1440" w:type="dxa"/>
          </w:tcPr>
          <w:p w:rsidR="002A6BAA" w:rsidRDefault="00A80F0C">
            <w:r>
              <w:t>radni udžbenik Hrvatskoga jezika s prilagođenim sadržajem za 4.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5357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Profil Kle</w:t>
            </w:r>
            <w:r>
              <w:t>tt d.o.o.</w:t>
            </w:r>
          </w:p>
        </w:tc>
        <w:tc>
          <w:tcPr>
            <w:tcW w:w="1440" w:type="dxa"/>
          </w:tcPr>
          <w:p w:rsidR="002A6BAA" w:rsidRDefault="00A80F0C">
            <w:r>
              <w:t>SUPER MATEMATIKA ZA PRAVE TRAGAČE 4</w:t>
            </w:r>
          </w:p>
        </w:tc>
        <w:tc>
          <w:tcPr>
            <w:tcW w:w="1440" w:type="dxa"/>
          </w:tcPr>
          <w:p w:rsidR="002A6BAA" w:rsidRDefault="00A80F0C">
            <w:r>
              <w:t>radni udžbenik za 4. razred osnovne škole, 1.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5357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SUPER MATEMATIKA ZA PRAVE TRAGAČE 4</w:t>
            </w:r>
          </w:p>
        </w:tc>
        <w:tc>
          <w:tcPr>
            <w:tcW w:w="1440" w:type="dxa"/>
          </w:tcPr>
          <w:p w:rsidR="002A6BAA" w:rsidRDefault="00A80F0C">
            <w:r>
              <w:t>radni udžbenik za 4. razred osnovne škole,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5544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 xml:space="preserve">Profil </w:t>
            </w:r>
            <w:r>
              <w:t>Klett d.o.o.</w:t>
            </w:r>
          </w:p>
        </w:tc>
        <w:tc>
          <w:tcPr>
            <w:tcW w:w="1440" w:type="dxa"/>
          </w:tcPr>
          <w:p w:rsidR="002A6BAA" w:rsidRDefault="00A80F0C">
            <w:r>
              <w:t>SUPER MATEMATIKA ZA PRAVE TRAGAČE 4, 1. DIO</w:t>
            </w:r>
          </w:p>
        </w:tc>
        <w:tc>
          <w:tcPr>
            <w:tcW w:w="1440" w:type="dxa"/>
          </w:tcPr>
          <w:p w:rsidR="002A6BAA" w:rsidRDefault="00A80F0C">
            <w:r>
              <w:t>radni udžbenik s prilagođenim sadržajem za 4.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5544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 xml:space="preserve">SUPER MATEMATIKA ZA PRAVE </w:t>
            </w:r>
            <w:r>
              <w:lastRenderedPageBreak/>
              <w:t>TRAGAČE 4, 2. DIO</w:t>
            </w:r>
          </w:p>
        </w:tc>
        <w:tc>
          <w:tcPr>
            <w:tcW w:w="1440" w:type="dxa"/>
          </w:tcPr>
          <w:p w:rsidR="002A6BAA" w:rsidRDefault="00A80F0C">
            <w:r>
              <w:lastRenderedPageBreak/>
              <w:t xml:space="preserve">radni udžbenik s prilagođenim sadržajem za 4. </w:t>
            </w:r>
            <w:r>
              <w:lastRenderedPageBreak/>
              <w:t>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5354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Priroda i društvo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NINA I TINO 4</w:t>
            </w:r>
          </w:p>
        </w:tc>
        <w:tc>
          <w:tcPr>
            <w:tcW w:w="1440" w:type="dxa"/>
          </w:tcPr>
          <w:p w:rsidR="002A6BAA" w:rsidRDefault="00A80F0C">
            <w:r>
              <w:t>radni udžbenik prirode i društva za četvrti razred osnovne škole, 1.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5354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Priroda i društvo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NINA I TINO 4</w:t>
            </w:r>
          </w:p>
        </w:tc>
        <w:tc>
          <w:tcPr>
            <w:tcW w:w="1440" w:type="dxa"/>
          </w:tcPr>
          <w:p w:rsidR="002A6BAA" w:rsidRDefault="00A80F0C">
            <w:r>
              <w:t xml:space="preserve">radni udžbenik prirode i društva za </w:t>
            </w:r>
            <w:r>
              <w:t>četvrti razred osnovne škole,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5148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Njemački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MAXIMAL 1 KIDS</w:t>
            </w:r>
          </w:p>
        </w:tc>
        <w:tc>
          <w:tcPr>
            <w:tcW w:w="1440" w:type="dxa"/>
          </w:tcPr>
          <w:p w:rsidR="002A6BAA" w:rsidRDefault="00A80F0C">
            <w:r>
              <w:t>udžbenik njemačkog jezika za četvrti razred osnovne škole, prva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5307</w:t>
            </w:r>
          </w:p>
        </w:tc>
        <w:tc>
          <w:tcPr>
            <w:tcW w:w="1440" w:type="dxa"/>
          </w:tcPr>
          <w:p w:rsidR="002A6BAA" w:rsidRDefault="00A80F0C">
            <w:r>
              <w:t>4. A</w:t>
            </w:r>
          </w:p>
        </w:tc>
        <w:tc>
          <w:tcPr>
            <w:tcW w:w="1440" w:type="dxa"/>
          </w:tcPr>
          <w:p w:rsidR="002A6BAA" w:rsidRDefault="00A80F0C">
            <w:r>
              <w:t>Talijanski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PAROLANDIA 1</w:t>
            </w:r>
          </w:p>
        </w:tc>
        <w:tc>
          <w:tcPr>
            <w:tcW w:w="1440" w:type="dxa"/>
          </w:tcPr>
          <w:p w:rsidR="002A6BAA" w:rsidRDefault="00A80F0C">
            <w:r>
              <w:t>radni udžbenik talijanskog jezika u četvrtom razredu osnovne škole, 1. godina učenja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4744</w:t>
            </w:r>
          </w:p>
        </w:tc>
        <w:tc>
          <w:tcPr>
            <w:tcW w:w="1440" w:type="dxa"/>
          </w:tcPr>
          <w:p w:rsidR="002A6BAA" w:rsidRDefault="00A80F0C">
            <w:r>
              <w:t>4.A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E-SVIJET 4</w:t>
            </w:r>
          </w:p>
        </w:tc>
        <w:tc>
          <w:tcPr>
            <w:tcW w:w="1440" w:type="dxa"/>
          </w:tcPr>
          <w:p w:rsidR="002A6BAA" w:rsidRDefault="00A80F0C">
            <w:r>
              <w:t>radni udžbenik informatike s dodatnim digitalnim sadržajima u četvrtom r</w:t>
            </w:r>
            <w:r>
              <w:t>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5239</w:t>
            </w:r>
          </w:p>
        </w:tc>
        <w:tc>
          <w:tcPr>
            <w:tcW w:w="1440" w:type="dxa"/>
          </w:tcPr>
          <w:p w:rsidR="002A6BAA" w:rsidRDefault="00A80F0C">
            <w:r>
              <w:t>4.A</w:t>
            </w:r>
          </w:p>
        </w:tc>
        <w:tc>
          <w:tcPr>
            <w:tcW w:w="1440" w:type="dxa"/>
          </w:tcPr>
          <w:p w:rsidR="002A6BAA" w:rsidRDefault="00A80F0C">
            <w:r>
              <w:t>Glazbena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ALLEGRO 4</w:t>
            </w:r>
          </w:p>
        </w:tc>
        <w:tc>
          <w:tcPr>
            <w:tcW w:w="1440" w:type="dxa"/>
          </w:tcPr>
          <w:p w:rsidR="002A6BAA" w:rsidRDefault="00A80F0C">
            <w:r>
              <w:t>udžbenik glazbene kulture u četvrtom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5151</w:t>
            </w:r>
          </w:p>
        </w:tc>
        <w:tc>
          <w:tcPr>
            <w:tcW w:w="1440" w:type="dxa"/>
          </w:tcPr>
          <w:p w:rsidR="002A6BAA" w:rsidRDefault="00A80F0C">
            <w:r>
              <w:t>4.A</w:t>
            </w:r>
          </w:p>
        </w:tc>
        <w:tc>
          <w:tcPr>
            <w:tcW w:w="1440" w:type="dxa"/>
          </w:tcPr>
          <w:p w:rsidR="002A6BAA" w:rsidRDefault="00A80F0C">
            <w:r>
              <w:t>Engleski jezik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NEW BUILDING BLOCKS 4</w:t>
            </w:r>
          </w:p>
        </w:tc>
        <w:tc>
          <w:tcPr>
            <w:tcW w:w="1440" w:type="dxa"/>
          </w:tcPr>
          <w:p w:rsidR="002A6BAA" w:rsidRDefault="00A80F0C">
            <w:r>
              <w:t>radni udžbenik engl</w:t>
            </w:r>
            <w:r>
              <w:t xml:space="preserve">eskoga </w:t>
            </w:r>
            <w:r>
              <w:lastRenderedPageBreak/>
              <w:t>jezika za četvrti razred osnovne škole, četvrta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5018</w:t>
            </w:r>
          </w:p>
        </w:tc>
        <w:tc>
          <w:tcPr>
            <w:tcW w:w="1440" w:type="dxa"/>
          </w:tcPr>
          <w:p w:rsidR="002A6BAA" w:rsidRDefault="00A80F0C">
            <w:r>
              <w:t>4.A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Kršćanska sadašnjost d.o.o.</w:t>
            </w:r>
          </w:p>
        </w:tc>
        <w:tc>
          <w:tcPr>
            <w:tcW w:w="1440" w:type="dxa"/>
          </w:tcPr>
          <w:p w:rsidR="002A6BAA" w:rsidRDefault="00A80F0C">
            <w:r>
              <w:t>DAROVI VJERE I ZAJEDNIŠTVA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četvrtoga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 xml:space="preserve"> PETI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3877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Hrvatski</w:t>
            </w:r>
            <w:r>
              <w:t xml:space="preserve"> jezik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HRVATSKA RIJEČ 5</w:t>
            </w:r>
          </w:p>
        </w:tc>
        <w:tc>
          <w:tcPr>
            <w:tcW w:w="1440" w:type="dxa"/>
          </w:tcPr>
          <w:p w:rsidR="002A6BAA" w:rsidRDefault="00A80F0C">
            <w:r>
              <w:t>čitanka iz hrvatskog jezika za peti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3877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 xml:space="preserve">HRVATSKE JEZIČNE NITI 5 </w:t>
            </w:r>
          </w:p>
        </w:tc>
        <w:tc>
          <w:tcPr>
            <w:tcW w:w="1440" w:type="dxa"/>
          </w:tcPr>
          <w:p w:rsidR="002A6BAA" w:rsidRDefault="00A80F0C">
            <w:r>
              <w:t>udžbenik iz hrvatskog jezika za peti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3878</w:t>
            </w:r>
          </w:p>
        </w:tc>
        <w:tc>
          <w:tcPr>
            <w:tcW w:w="1440" w:type="dxa"/>
          </w:tcPr>
          <w:p w:rsidR="002A6BAA" w:rsidRDefault="00A80F0C">
            <w:r>
              <w:t>5.A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 xml:space="preserve">HRVATSKA </w:t>
            </w:r>
            <w:r>
              <w:t>RIJEČ 5</w:t>
            </w:r>
          </w:p>
        </w:tc>
        <w:tc>
          <w:tcPr>
            <w:tcW w:w="1440" w:type="dxa"/>
          </w:tcPr>
          <w:p w:rsidR="002A6BAA" w:rsidRDefault="00A80F0C">
            <w:r>
              <w:t>čitanka iz hrvatskog jezika za peti razred osnovne škole(za učenike kojima je određen primjereni program osnovnog odgoja i obrazovanja)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3878</w:t>
            </w:r>
          </w:p>
        </w:tc>
        <w:tc>
          <w:tcPr>
            <w:tcW w:w="1440" w:type="dxa"/>
          </w:tcPr>
          <w:p w:rsidR="002A6BAA" w:rsidRDefault="00A80F0C">
            <w:r>
              <w:t>5.A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 xml:space="preserve">HRVATSKE JEZIČNE NITI 5 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iz hrvatskog jezika za peti razred osnovne </w:t>
            </w:r>
            <w:r>
              <w:t>škole(za učenike kojima je određen primjereni program osnovnog odgoja i obrazovanja)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3933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Matematički izazovi 5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sa zadatcima za vježbanje iz matematike za peti razred </w:t>
            </w:r>
            <w:r>
              <w:lastRenderedPageBreak/>
              <w:t>osnovne škole - 1.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3933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 xml:space="preserve">Alfa </w:t>
            </w:r>
            <w:r>
              <w:t>d.d.</w:t>
            </w:r>
          </w:p>
        </w:tc>
        <w:tc>
          <w:tcPr>
            <w:tcW w:w="1440" w:type="dxa"/>
          </w:tcPr>
          <w:p w:rsidR="002A6BAA" w:rsidRDefault="00A80F0C">
            <w:r>
              <w:t>Matematički izazovi 5</w:t>
            </w:r>
          </w:p>
        </w:tc>
        <w:tc>
          <w:tcPr>
            <w:tcW w:w="1440" w:type="dxa"/>
          </w:tcPr>
          <w:p w:rsidR="002A6BAA" w:rsidRDefault="00A80F0C">
            <w:r>
              <w:t>udžbenik sa zadatcima za vježbanje iz matematike za peti razred osnovne škole - 2.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3932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Matematički izazovi 5</w:t>
            </w:r>
          </w:p>
        </w:tc>
        <w:tc>
          <w:tcPr>
            <w:tcW w:w="1440" w:type="dxa"/>
          </w:tcPr>
          <w:p w:rsidR="002A6BAA" w:rsidRDefault="00A80F0C">
            <w:r>
              <w:t>radni udžbenik sa zadacima za vježbanje iz matematike za 5. razred osnovne škole (za uče</w:t>
            </w:r>
            <w:r>
              <w:t>nike kojima je određen primjereni program osnovnog odgoja i obrazovanja)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3826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Engleski jezik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Right on!1</w:t>
            </w:r>
          </w:p>
        </w:tc>
        <w:tc>
          <w:tcPr>
            <w:tcW w:w="1440" w:type="dxa"/>
          </w:tcPr>
          <w:p w:rsidR="002A6BAA" w:rsidRDefault="00A80F0C">
            <w:r>
              <w:t>udžbenik iz engleskog jezika za 5. razred osnovne škole, 5.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3959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 xml:space="preserve">Priroda 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Priroda 5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</w:t>
            </w:r>
            <w:r>
              <w:t>prirode s dodatnim digitalnim sadržajima u petom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5486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 xml:space="preserve">Priroda 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Priroda 5</w:t>
            </w:r>
          </w:p>
        </w:tc>
        <w:tc>
          <w:tcPr>
            <w:tcW w:w="1440" w:type="dxa"/>
          </w:tcPr>
          <w:p w:rsidR="002A6BAA" w:rsidRDefault="00A80F0C">
            <w:r>
              <w:t>Udžbenik za pomoć u učenju prirode u petom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3921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Likovna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Moje boje 5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</w:t>
            </w:r>
            <w:r>
              <w:t>likovne kulture s dodatnim digitalnim sadržajima u petom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3864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Glazbena kultura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Svijet glazbe 5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iz glazbene </w:t>
            </w:r>
            <w:r>
              <w:lastRenderedPageBreak/>
              <w:t>kulture za peti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4270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Povijest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Klio 5</w:t>
            </w:r>
          </w:p>
        </w:tc>
        <w:tc>
          <w:tcPr>
            <w:tcW w:w="1440" w:type="dxa"/>
          </w:tcPr>
          <w:p w:rsidR="002A6BAA" w:rsidRDefault="00A80F0C">
            <w:r>
              <w:t>udžbenik povijesti</w:t>
            </w:r>
            <w:r>
              <w:t xml:space="preserve"> u 5.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5277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Povijest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Klio 5</w:t>
            </w:r>
          </w:p>
        </w:tc>
        <w:tc>
          <w:tcPr>
            <w:tcW w:w="1440" w:type="dxa"/>
          </w:tcPr>
          <w:p w:rsidR="002A6BAA" w:rsidRDefault="00A80F0C">
            <w:r>
              <w:t>udžbenik za pomoć u učenju povijesti u petom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3853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Geografija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Moja zemlja 1</w:t>
            </w:r>
          </w:p>
        </w:tc>
        <w:tc>
          <w:tcPr>
            <w:tcW w:w="1440" w:type="dxa"/>
          </w:tcPr>
          <w:p w:rsidR="002A6BAA" w:rsidRDefault="00A80F0C">
            <w:r>
              <w:t>udžbenik iz geografije za 5. razred</w:t>
            </w:r>
            <w:r>
              <w:t xml:space="preserve">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3852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Geografija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Moja zemlja 1</w:t>
            </w:r>
          </w:p>
        </w:tc>
        <w:tc>
          <w:tcPr>
            <w:tcW w:w="1440" w:type="dxa"/>
          </w:tcPr>
          <w:p w:rsidR="002A6BAA" w:rsidRDefault="00A80F0C">
            <w:r>
              <w:t>udžbenik iz geografije za peti razred osnovne škole (za učenike kojima je određen primjereni program osnovnog odgoja i obrazovanja)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3975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Tehnička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 xml:space="preserve">Svijet tehnike </w:t>
            </w:r>
            <w:r>
              <w:t>5</w:t>
            </w:r>
          </w:p>
        </w:tc>
        <w:tc>
          <w:tcPr>
            <w:tcW w:w="1440" w:type="dxa"/>
          </w:tcPr>
          <w:p w:rsidR="002A6BAA" w:rsidRDefault="00A80F0C">
            <w:r>
              <w:t>udžbenik tehničke kulture s dodatnim digitalnim sadržajima u petom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3888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#mojportal 5</w:t>
            </w:r>
          </w:p>
        </w:tc>
        <w:tc>
          <w:tcPr>
            <w:tcW w:w="1440" w:type="dxa"/>
          </w:tcPr>
          <w:p w:rsidR="002A6BAA" w:rsidRDefault="00A80F0C">
            <w:r>
              <w:t>udžbenik informatike s dodatnim digitalnim sadržajima  u petom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5236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#mojportal 5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za pomoć u učenju informatike u petom razredu </w:t>
            </w:r>
            <w:r>
              <w:lastRenderedPageBreak/>
              <w:t>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3977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Kršćanska sadašnjost d.o.o.</w:t>
            </w:r>
          </w:p>
        </w:tc>
        <w:tc>
          <w:tcPr>
            <w:tcW w:w="1440" w:type="dxa"/>
          </w:tcPr>
          <w:p w:rsidR="002A6BAA" w:rsidRDefault="00A80F0C">
            <w:r>
              <w:t>Učitelju, gdje stanuješ?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petog</w:t>
            </w:r>
            <w:r>
              <w:t>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3949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Njemački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 xml:space="preserve">MAXIMAL 2 </w:t>
            </w:r>
          </w:p>
        </w:tc>
        <w:tc>
          <w:tcPr>
            <w:tcW w:w="1440" w:type="dxa"/>
          </w:tcPr>
          <w:p w:rsidR="002A6BAA" w:rsidRDefault="00A80F0C">
            <w:r>
              <w:t>udžbenik njemačkog jezika za peti razred osnovne škole, druga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3970</w:t>
            </w:r>
          </w:p>
        </w:tc>
        <w:tc>
          <w:tcPr>
            <w:tcW w:w="1440" w:type="dxa"/>
          </w:tcPr>
          <w:p w:rsidR="002A6BAA" w:rsidRDefault="00A80F0C">
            <w:r>
              <w:t>5. A</w:t>
            </w:r>
          </w:p>
        </w:tc>
        <w:tc>
          <w:tcPr>
            <w:tcW w:w="1440" w:type="dxa"/>
          </w:tcPr>
          <w:p w:rsidR="002A6BAA" w:rsidRDefault="00A80F0C">
            <w:r>
              <w:t>Talijanski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 xml:space="preserve">AMICI D'ITALIA 1 </w:t>
            </w:r>
          </w:p>
        </w:tc>
        <w:tc>
          <w:tcPr>
            <w:tcW w:w="1440" w:type="dxa"/>
          </w:tcPr>
          <w:p w:rsidR="002A6BAA" w:rsidRDefault="00A80F0C">
            <w:r>
              <w:t>r</w:t>
            </w:r>
            <w:r>
              <w:t>adni udžbenik za talijanski, 5.(i 6.) razred osnovne škole, druga godina učenja; corso di lingua italiana, libro dello studente  udžbenik talijanskog jezika u četvrtom razredu osnovne škole, 1. godina učenja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 xml:space="preserve">  ŠESTI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4840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VOLIM HRVATSKI 6 (KOMPLET)*</w:t>
            </w:r>
          </w:p>
        </w:tc>
        <w:tc>
          <w:tcPr>
            <w:tcW w:w="1440" w:type="dxa"/>
          </w:tcPr>
          <w:p w:rsidR="002A6BAA" w:rsidRDefault="00A80F0C">
            <w:r>
              <w:t>udžbenik hrvatskog jezika s dodatnim digitalnim sadržajima u šestome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4840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Snaga riječi 6 (KOMPLET)</w:t>
            </w:r>
            <w:r>
              <w:t>*</w:t>
            </w:r>
          </w:p>
        </w:tc>
        <w:tc>
          <w:tcPr>
            <w:tcW w:w="1440" w:type="dxa"/>
          </w:tcPr>
          <w:p w:rsidR="002A6BAA" w:rsidRDefault="00A80F0C">
            <w:r>
              <w:t xml:space="preserve">čitanka hrvatskog jezika s dodatnim digitalnim sadržajima u </w:t>
            </w:r>
            <w:r>
              <w:lastRenderedPageBreak/>
              <w:t>šestome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4795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MATEMATIKA 6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matematike s dodatnim digitalnim sadržajima u šestom razredu osnovne škole sa zadatcima za </w:t>
            </w:r>
            <w:r>
              <w:t>rješavanje, 1. i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4355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Engleski jezik, napredno učenje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RIGHT ON! 2</w:t>
            </w:r>
          </w:p>
        </w:tc>
        <w:tc>
          <w:tcPr>
            <w:tcW w:w="1440" w:type="dxa"/>
          </w:tcPr>
          <w:p w:rsidR="002A6BAA" w:rsidRDefault="00A80F0C">
            <w:r>
              <w:t>udžbenik iz engleskog jezika za 6. razred osnovne škole, 6.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4812</w:t>
            </w:r>
          </w:p>
        </w:tc>
        <w:tc>
          <w:tcPr>
            <w:tcW w:w="1440" w:type="dxa"/>
          </w:tcPr>
          <w:p w:rsidR="002A6BAA" w:rsidRDefault="00A80F0C">
            <w:r>
              <w:t xml:space="preserve">6. AB </w:t>
            </w:r>
          </w:p>
        </w:tc>
        <w:tc>
          <w:tcPr>
            <w:tcW w:w="1440" w:type="dxa"/>
          </w:tcPr>
          <w:p w:rsidR="002A6BAA" w:rsidRDefault="00A80F0C">
            <w:r>
              <w:t xml:space="preserve">Priroda 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PRIRODA 6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prirode s dodatnim digitalnim </w:t>
            </w:r>
            <w:r>
              <w:t>sadržajima u šestom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4803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Likovna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MOJE BOJE 6</w:t>
            </w:r>
          </w:p>
        </w:tc>
        <w:tc>
          <w:tcPr>
            <w:tcW w:w="1440" w:type="dxa"/>
          </w:tcPr>
          <w:p w:rsidR="002A6BAA" w:rsidRDefault="00A80F0C">
            <w:r>
              <w:t>udžbenik likovne kulture s dodatnim digitalnim sadržajima u šestom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4721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Glazbena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ALLEGRO 6</w:t>
            </w:r>
          </w:p>
        </w:tc>
        <w:tc>
          <w:tcPr>
            <w:tcW w:w="1440" w:type="dxa"/>
          </w:tcPr>
          <w:p w:rsidR="002A6BAA" w:rsidRDefault="00A80F0C">
            <w:r>
              <w:t>udžbenik glazbene kulture s dodatnim digitalnim sadržajima u šestom 0razredu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4780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Povijest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KLIO 6</w:t>
            </w:r>
          </w:p>
        </w:tc>
        <w:tc>
          <w:tcPr>
            <w:tcW w:w="1440" w:type="dxa"/>
          </w:tcPr>
          <w:p w:rsidR="002A6BAA" w:rsidRDefault="00A80F0C">
            <w:r>
              <w:t>udžbenik povijesti s dodatnim digitalnim sadržajem u šestom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4329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Geografija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MO</w:t>
            </w:r>
            <w:r>
              <w:t>JA ZEMLJA 2</w:t>
            </w:r>
          </w:p>
        </w:tc>
        <w:tc>
          <w:tcPr>
            <w:tcW w:w="1440" w:type="dxa"/>
          </w:tcPr>
          <w:p w:rsidR="002A6BAA" w:rsidRDefault="00A80F0C">
            <w:r>
              <w:t>udžbenik iz geografije za šesti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4827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Tehnička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SVIJET TEHNIKE 6</w:t>
            </w:r>
          </w:p>
        </w:tc>
        <w:tc>
          <w:tcPr>
            <w:tcW w:w="1440" w:type="dxa"/>
          </w:tcPr>
          <w:p w:rsidR="002A6BAA" w:rsidRDefault="00A80F0C">
            <w:r>
              <w:t>udžbenik tehničke kulture s dodatnim digitalnim sadržajima u šestom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4718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 xml:space="preserve">Školska </w:t>
            </w:r>
            <w:r>
              <w:t>knjiga d.d.</w:t>
            </w:r>
          </w:p>
        </w:tc>
        <w:tc>
          <w:tcPr>
            <w:tcW w:w="1440" w:type="dxa"/>
          </w:tcPr>
          <w:p w:rsidR="002A6BAA" w:rsidRDefault="00A80F0C">
            <w:r>
              <w:t>#MOJPORTAL6</w:t>
            </w:r>
          </w:p>
        </w:tc>
        <w:tc>
          <w:tcPr>
            <w:tcW w:w="1440" w:type="dxa"/>
          </w:tcPr>
          <w:p w:rsidR="002A6BAA" w:rsidRDefault="00A80F0C">
            <w:r>
              <w:t>udžbenik informatike s dodatnim digitalnim sadržajima u šestom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4462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Kršćanska sadašnjost d.o.o.</w:t>
            </w:r>
          </w:p>
        </w:tc>
        <w:tc>
          <w:tcPr>
            <w:tcW w:w="1440" w:type="dxa"/>
          </w:tcPr>
          <w:p w:rsidR="002A6BAA" w:rsidRDefault="00A80F0C">
            <w:r>
              <w:t>BIRAM SLOBODU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šestoga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4645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Njemački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MAXIMAL 3</w:t>
            </w:r>
          </w:p>
        </w:tc>
        <w:tc>
          <w:tcPr>
            <w:tcW w:w="1440" w:type="dxa"/>
          </w:tcPr>
          <w:p w:rsidR="002A6BAA" w:rsidRDefault="00A80F0C">
            <w:r>
              <w:t>udžbenik njemačkoga jezika za šesti razred osnovne škole, treća 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4820</w:t>
            </w:r>
          </w:p>
        </w:tc>
        <w:tc>
          <w:tcPr>
            <w:tcW w:w="1440" w:type="dxa"/>
          </w:tcPr>
          <w:p w:rsidR="002A6BAA" w:rsidRDefault="00A80F0C">
            <w:r>
              <w:t>6. AB</w:t>
            </w:r>
          </w:p>
        </w:tc>
        <w:tc>
          <w:tcPr>
            <w:tcW w:w="1440" w:type="dxa"/>
          </w:tcPr>
          <w:p w:rsidR="002A6BAA" w:rsidRDefault="00A80F0C">
            <w:r>
              <w:t>Talijanski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 xml:space="preserve"> RAGAZZINI.IT 3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talijanskog jezika s </w:t>
            </w:r>
            <w:r>
              <w:t>dodatnim digitalnim sadržajima u šestome razredu osnovne škole, 3.godina učenja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 xml:space="preserve"> SEDMI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4508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Naklada Ljevak d.o.o.</w:t>
            </w:r>
          </w:p>
        </w:tc>
        <w:tc>
          <w:tcPr>
            <w:tcW w:w="1440" w:type="dxa"/>
          </w:tcPr>
          <w:p w:rsidR="002A6BAA" w:rsidRDefault="00A80F0C">
            <w:r>
              <w:t>HRVATSKA ČITANKA 7</w:t>
            </w:r>
          </w:p>
        </w:tc>
        <w:tc>
          <w:tcPr>
            <w:tcW w:w="1440" w:type="dxa"/>
          </w:tcPr>
          <w:p w:rsidR="002A6BAA" w:rsidRDefault="00A80F0C">
            <w:r>
              <w:t>hrvatski jezik - čitanka za 7.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4508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 xml:space="preserve">Naklada </w:t>
            </w:r>
            <w:r>
              <w:t>Ljevak d.o.o.</w:t>
            </w:r>
          </w:p>
        </w:tc>
        <w:tc>
          <w:tcPr>
            <w:tcW w:w="1440" w:type="dxa"/>
          </w:tcPr>
          <w:p w:rsidR="002A6BAA" w:rsidRDefault="00A80F0C">
            <w:r>
              <w:t>HRVATSKA KRIJESNICA 7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iz hrvatskoga jezika za 7. </w:t>
            </w:r>
            <w:r>
              <w:lastRenderedPageBreak/>
              <w:t>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4509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Naklada Ljevak d.o.o.</w:t>
            </w:r>
          </w:p>
        </w:tc>
        <w:tc>
          <w:tcPr>
            <w:tcW w:w="1440" w:type="dxa"/>
          </w:tcPr>
          <w:p w:rsidR="002A6BAA" w:rsidRDefault="00A80F0C">
            <w:r>
              <w:t>HRVATSKA ČITANKA 7</w:t>
            </w:r>
          </w:p>
        </w:tc>
        <w:tc>
          <w:tcPr>
            <w:tcW w:w="1440" w:type="dxa"/>
          </w:tcPr>
          <w:p w:rsidR="002A6BAA" w:rsidRDefault="00A80F0C">
            <w:r>
              <w:t>čitanka za dopunski i individualizirani rad iz hrv.jezika za 7.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4511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Naklada Ljevak d.o.o.</w:t>
            </w:r>
          </w:p>
        </w:tc>
        <w:tc>
          <w:tcPr>
            <w:tcW w:w="1440" w:type="dxa"/>
          </w:tcPr>
          <w:p w:rsidR="002A6BAA" w:rsidRDefault="00A80F0C">
            <w:r>
              <w:t>HRVATSKA KRIJESNICA 7</w:t>
            </w:r>
          </w:p>
        </w:tc>
        <w:tc>
          <w:tcPr>
            <w:tcW w:w="1440" w:type="dxa"/>
          </w:tcPr>
          <w:p w:rsidR="002A6BAA" w:rsidRDefault="00A80F0C">
            <w:r>
              <w:t>radni udžbenik za dopunski i individualizirani rad iz hrv.jezika za 7.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4796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MATEMATIKA 7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matematike s dodatnim digitalnim </w:t>
            </w:r>
            <w:r>
              <w:t>sadržajima u sedmom razredu osnovne škole sa zadatcima za rješavanje, 1. i 2. dio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5290</w:t>
            </w:r>
          </w:p>
        </w:tc>
        <w:tc>
          <w:tcPr>
            <w:tcW w:w="1440" w:type="dxa"/>
          </w:tcPr>
          <w:p w:rsidR="002A6BAA" w:rsidRDefault="00A80F0C">
            <w:r>
              <w:t>7.A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MATEMATIKA 7</w:t>
            </w:r>
          </w:p>
        </w:tc>
        <w:tc>
          <w:tcPr>
            <w:tcW w:w="1440" w:type="dxa"/>
          </w:tcPr>
          <w:p w:rsidR="002A6BAA" w:rsidRDefault="00A80F0C">
            <w:r>
              <w:t>udžbenik za pomoć u učenju matematike u sedmom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4356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Engleski jezik, napredno učenje</w:t>
            </w:r>
          </w:p>
        </w:tc>
        <w:tc>
          <w:tcPr>
            <w:tcW w:w="1440" w:type="dxa"/>
          </w:tcPr>
          <w:p w:rsidR="002A6BAA" w:rsidRDefault="00A80F0C">
            <w:r>
              <w:t>Alfa d.d</w:t>
            </w:r>
            <w:r>
              <w:t>.</w:t>
            </w:r>
          </w:p>
        </w:tc>
        <w:tc>
          <w:tcPr>
            <w:tcW w:w="1440" w:type="dxa"/>
          </w:tcPr>
          <w:p w:rsidR="002A6BAA" w:rsidRDefault="00A80F0C">
            <w:r>
              <w:t>RIGHT ON! 3</w:t>
            </w:r>
          </w:p>
        </w:tc>
        <w:tc>
          <w:tcPr>
            <w:tcW w:w="1440" w:type="dxa"/>
          </w:tcPr>
          <w:p w:rsidR="002A6BAA" w:rsidRDefault="00A80F0C">
            <w:r>
              <w:t>udžbenik iz engleskog jezika za sedmi razred osnovne škole (sedma godina učenja)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3817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Biologija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Biologija 7</w:t>
            </w:r>
          </w:p>
        </w:tc>
        <w:tc>
          <w:tcPr>
            <w:tcW w:w="1440" w:type="dxa"/>
          </w:tcPr>
          <w:p w:rsidR="002A6BAA" w:rsidRDefault="00A80F0C">
            <w:r>
              <w:t>udžbenik iz biologije za sedmi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3816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Biologija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Biologija 7</w:t>
            </w:r>
          </w:p>
        </w:tc>
        <w:tc>
          <w:tcPr>
            <w:tcW w:w="1440" w:type="dxa"/>
          </w:tcPr>
          <w:p w:rsidR="002A6BAA" w:rsidRDefault="00A80F0C">
            <w:r>
              <w:t xml:space="preserve">radni udžbenik iz </w:t>
            </w:r>
            <w:r>
              <w:t xml:space="preserve">biologije za sedmi razred osnovne škole (za učenike kojima je određen primjereni </w:t>
            </w:r>
            <w:r>
              <w:lastRenderedPageBreak/>
              <w:t>program osnovnog odgoja i obrazovanja)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3915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Kemija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Kemija 7</w:t>
            </w:r>
          </w:p>
        </w:tc>
        <w:tc>
          <w:tcPr>
            <w:tcW w:w="1440" w:type="dxa"/>
          </w:tcPr>
          <w:p w:rsidR="002A6BAA" w:rsidRDefault="00A80F0C">
            <w:r>
              <w:t>udžbenik kemije za sedmi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3844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Fizika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Fizik</w:t>
            </w:r>
            <w:r>
              <w:t>a oko nas 7</w:t>
            </w:r>
          </w:p>
        </w:tc>
        <w:tc>
          <w:tcPr>
            <w:tcW w:w="1440" w:type="dxa"/>
          </w:tcPr>
          <w:p w:rsidR="002A6BAA" w:rsidRDefault="00A80F0C">
            <w:r>
              <w:t>udžbenik fizike s dodatnim digitalnim sadržajima u sedmom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5549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Fizika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Fizika oko nas 7</w:t>
            </w:r>
          </w:p>
        </w:tc>
        <w:tc>
          <w:tcPr>
            <w:tcW w:w="1440" w:type="dxa"/>
          </w:tcPr>
          <w:p w:rsidR="002A6BAA" w:rsidRDefault="00A80F0C">
            <w:r>
              <w:t>udžbenik iz fizike za pomoć u učenju u 7.r.oš.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4804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Likovna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MOJE BOJE 7</w:t>
            </w:r>
          </w:p>
        </w:tc>
        <w:tc>
          <w:tcPr>
            <w:tcW w:w="1440" w:type="dxa"/>
          </w:tcPr>
          <w:p w:rsidR="002A6BAA" w:rsidRDefault="00A80F0C">
            <w:r>
              <w:t>udžbenik likovne kulture s dodatnim digitalnim sadržajima u sedmom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4722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Glazbena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ALLEGRO 7</w:t>
            </w:r>
          </w:p>
        </w:tc>
        <w:tc>
          <w:tcPr>
            <w:tcW w:w="1440" w:type="dxa"/>
          </w:tcPr>
          <w:p w:rsidR="002A6BAA" w:rsidRDefault="00A80F0C">
            <w:r>
              <w:t>udžbenik glazbene kulture s dodatnim digitalnim sadržajima u sedmome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4781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Povijes</w:t>
            </w:r>
            <w:r>
              <w:t>t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KLIO 7</w:t>
            </w:r>
          </w:p>
        </w:tc>
        <w:tc>
          <w:tcPr>
            <w:tcW w:w="1440" w:type="dxa"/>
          </w:tcPr>
          <w:p w:rsidR="002A6BAA" w:rsidRDefault="00A80F0C">
            <w:r>
              <w:t>udžbenik povijesti s dodatnim digitalnim sadržajem u sedmome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5485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Povijest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KLIO 7</w:t>
            </w:r>
          </w:p>
        </w:tc>
        <w:tc>
          <w:tcPr>
            <w:tcW w:w="1440" w:type="dxa"/>
          </w:tcPr>
          <w:p w:rsidR="002A6BAA" w:rsidRDefault="00A80F0C">
            <w:r>
              <w:t>udžbenik za pomoć u učenju povijesti u 7.r.oš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4944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Geografija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MOJA ZEMLJA 3</w:t>
            </w:r>
          </w:p>
        </w:tc>
        <w:tc>
          <w:tcPr>
            <w:tcW w:w="1440" w:type="dxa"/>
          </w:tcPr>
          <w:p w:rsidR="002A6BAA" w:rsidRDefault="00A80F0C">
            <w:r>
              <w:t xml:space="preserve">udžbenik iz geografije za </w:t>
            </w:r>
            <w:r>
              <w:lastRenderedPageBreak/>
              <w:t>sedmi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4945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Geografija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MOJA ZEMLJA 3</w:t>
            </w:r>
          </w:p>
        </w:tc>
        <w:tc>
          <w:tcPr>
            <w:tcW w:w="1440" w:type="dxa"/>
          </w:tcPr>
          <w:p w:rsidR="002A6BAA" w:rsidRDefault="00A80F0C">
            <w:r>
              <w:t>udžbenik iz geografije za 7.r.oš (za učenike kojima je određen primjereni program osnovnog odg. i obraz.)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4828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Tehnička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SVIJET TEHNIKE 7</w:t>
            </w:r>
          </w:p>
        </w:tc>
        <w:tc>
          <w:tcPr>
            <w:tcW w:w="1440" w:type="dxa"/>
          </w:tcPr>
          <w:p w:rsidR="002A6BAA" w:rsidRDefault="00A80F0C">
            <w:r>
              <w:t>udžbenik tehničke kulture s dodatnim digitalnim sadržajima u sedmom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4719</w:t>
            </w:r>
          </w:p>
        </w:tc>
        <w:tc>
          <w:tcPr>
            <w:tcW w:w="1440" w:type="dxa"/>
          </w:tcPr>
          <w:p w:rsidR="002A6BAA" w:rsidRDefault="00A80F0C">
            <w:r>
              <w:t>7. 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#MOJPORTAL7</w:t>
            </w:r>
          </w:p>
        </w:tc>
        <w:tc>
          <w:tcPr>
            <w:tcW w:w="1440" w:type="dxa"/>
          </w:tcPr>
          <w:p w:rsidR="002A6BAA" w:rsidRDefault="00A80F0C">
            <w:r>
              <w:t>udžbenik informatike s dodatnim digitalnim sadržajima u sedmom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4463</w:t>
            </w:r>
          </w:p>
        </w:tc>
        <w:tc>
          <w:tcPr>
            <w:tcW w:w="1440" w:type="dxa"/>
          </w:tcPr>
          <w:p w:rsidR="002A6BAA" w:rsidRDefault="00A80F0C">
            <w:r>
              <w:t xml:space="preserve">7. </w:t>
            </w:r>
            <w:r>
              <w:t>A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Kršćanska sadašnjost d.o.o.</w:t>
            </w:r>
          </w:p>
        </w:tc>
        <w:tc>
          <w:tcPr>
            <w:tcW w:w="1440" w:type="dxa"/>
          </w:tcPr>
          <w:p w:rsidR="002A6BAA" w:rsidRDefault="00A80F0C">
            <w:r>
              <w:t>NEKA JE BOG PRVI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sedmoga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4821</w:t>
            </w:r>
          </w:p>
        </w:tc>
        <w:tc>
          <w:tcPr>
            <w:tcW w:w="1440" w:type="dxa"/>
          </w:tcPr>
          <w:p w:rsidR="002A6BAA" w:rsidRDefault="00A80F0C">
            <w:r>
              <w:t>7.A</w:t>
            </w:r>
          </w:p>
        </w:tc>
        <w:tc>
          <w:tcPr>
            <w:tcW w:w="1440" w:type="dxa"/>
          </w:tcPr>
          <w:p w:rsidR="002A6BAA" w:rsidRDefault="00A80F0C">
            <w:r>
              <w:t>Talijanski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RAGAZZINI.IT 4</w:t>
            </w:r>
          </w:p>
        </w:tc>
        <w:tc>
          <w:tcPr>
            <w:tcW w:w="1440" w:type="dxa"/>
          </w:tcPr>
          <w:p w:rsidR="002A6BAA" w:rsidRDefault="00A80F0C">
            <w:r>
              <w:t>udžbenik talijanskog jezika s dodatnim digitalnim</w:t>
            </w:r>
            <w:r>
              <w:t xml:space="preserve"> sadržajima u sedmom razredu osnovne škole, 4.godina učenja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4646</w:t>
            </w:r>
          </w:p>
        </w:tc>
        <w:tc>
          <w:tcPr>
            <w:tcW w:w="1440" w:type="dxa"/>
          </w:tcPr>
          <w:p w:rsidR="002A6BAA" w:rsidRDefault="00A80F0C">
            <w:r>
              <w:t>7.A</w:t>
            </w:r>
          </w:p>
        </w:tc>
        <w:tc>
          <w:tcPr>
            <w:tcW w:w="1440" w:type="dxa"/>
          </w:tcPr>
          <w:p w:rsidR="002A6BAA" w:rsidRDefault="00A80F0C">
            <w:r>
              <w:t>Njemački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MAXIMAL 4</w:t>
            </w:r>
          </w:p>
        </w:tc>
        <w:tc>
          <w:tcPr>
            <w:tcW w:w="1440" w:type="dxa"/>
          </w:tcPr>
          <w:p w:rsidR="002A6BAA" w:rsidRDefault="00A80F0C">
            <w:r>
              <w:t>udžbenik njemačkoga jezika za sedmi razred osnovne škole, četvrta godina učenja</w:t>
            </w:r>
          </w:p>
        </w:tc>
      </w:tr>
      <w:tr w:rsidR="002A6BAA"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A80F0C">
            <w:r>
              <w:t>OSMI RAZRED</w:t>
            </w:r>
          </w:p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  <w:tc>
          <w:tcPr>
            <w:tcW w:w="1440" w:type="dxa"/>
          </w:tcPr>
          <w:p w:rsidR="002A6BAA" w:rsidRDefault="002A6BAA"/>
        </w:tc>
      </w:tr>
      <w:tr w:rsidR="002A6BAA">
        <w:tc>
          <w:tcPr>
            <w:tcW w:w="1440" w:type="dxa"/>
          </w:tcPr>
          <w:p w:rsidR="002A6BAA" w:rsidRDefault="00A80F0C">
            <w:r>
              <w:t>5302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NAŠ HRVATSKI 8 (KOMPLET)*</w:t>
            </w:r>
          </w:p>
        </w:tc>
        <w:tc>
          <w:tcPr>
            <w:tcW w:w="1440" w:type="dxa"/>
          </w:tcPr>
          <w:p w:rsidR="002A6BAA" w:rsidRDefault="00A80F0C">
            <w:r>
              <w:t>udžbenik hrvatskoga jezika u osmome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5302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Hrvatski jezik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SNAGA RIJEČI 8    (KOMPLET)*</w:t>
            </w:r>
          </w:p>
        </w:tc>
        <w:tc>
          <w:tcPr>
            <w:tcW w:w="1440" w:type="dxa"/>
          </w:tcPr>
          <w:p w:rsidR="002A6BAA" w:rsidRDefault="00A80F0C">
            <w:r>
              <w:t xml:space="preserve">hrvatska čitanka za osmi razred osnovne </w:t>
            </w:r>
            <w:r>
              <w:t>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5292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Matematika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MATEMATIKA 8, I. I II. DIO</w:t>
            </w:r>
          </w:p>
        </w:tc>
        <w:tc>
          <w:tcPr>
            <w:tcW w:w="1440" w:type="dxa"/>
          </w:tcPr>
          <w:p w:rsidR="002A6BAA" w:rsidRDefault="00A80F0C">
            <w:r>
              <w:t>udžbenik matematike u osmom razredu osnovne škole sa zadatcima za rješavanje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5246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Engleski jezik, napredno uč</w:t>
            </w:r>
            <w:r>
              <w:t>enje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DIP IN 8</w:t>
            </w:r>
          </w:p>
        </w:tc>
        <w:tc>
          <w:tcPr>
            <w:tcW w:w="1440" w:type="dxa"/>
          </w:tcPr>
          <w:p w:rsidR="002A6BAA" w:rsidRDefault="00A80F0C">
            <w:r>
              <w:t>radni udžbenik engleskog jezika u osmom razredu osnovne škole, 8. godina učenja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4282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Biologija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>BIOLOGIJA 8</w:t>
            </w:r>
          </w:p>
        </w:tc>
        <w:tc>
          <w:tcPr>
            <w:tcW w:w="1440" w:type="dxa"/>
          </w:tcPr>
          <w:p w:rsidR="002A6BAA" w:rsidRDefault="00A80F0C">
            <w:r>
              <w:t>udžbenik iz biologije za osmi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4621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Kemija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KEMIJA 8</w:t>
            </w:r>
          </w:p>
        </w:tc>
        <w:tc>
          <w:tcPr>
            <w:tcW w:w="1440" w:type="dxa"/>
          </w:tcPr>
          <w:p w:rsidR="002A6BAA" w:rsidRDefault="00A80F0C">
            <w:r>
              <w:t>udžbenik kemije za osmi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4752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Fizika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FIZIKA OKO NAS 8</w:t>
            </w:r>
          </w:p>
        </w:tc>
        <w:tc>
          <w:tcPr>
            <w:tcW w:w="1440" w:type="dxa"/>
          </w:tcPr>
          <w:p w:rsidR="002A6BAA" w:rsidRDefault="00A80F0C">
            <w:r>
              <w:t>udžbenik fizike s dodatnim digitalnim sadržajima u osmom razredu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5300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Likovna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</w:t>
            </w:r>
            <w:r>
              <w:t xml:space="preserve"> d.d.</w:t>
            </w:r>
          </w:p>
        </w:tc>
        <w:tc>
          <w:tcPr>
            <w:tcW w:w="1440" w:type="dxa"/>
          </w:tcPr>
          <w:p w:rsidR="002A6BAA" w:rsidRDefault="00A80F0C">
            <w:r>
              <w:t>MOJE BOJE 8</w:t>
            </w:r>
          </w:p>
        </w:tc>
        <w:tc>
          <w:tcPr>
            <w:tcW w:w="1440" w:type="dxa"/>
          </w:tcPr>
          <w:p w:rsidR="002A6BAA" w:rsidRDefault="00A80F0C">
            <w:r>
              <w:t>udžbenik likovne kulture u osmom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5240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Glazbena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ALLEGRO 8</w:t>
            </w:r>
          </w:p>
        </w:tc>
        <w:tc>
          <w:tcPr>
            <w:tcW w:w="1440" w:type="dxa"/>
          </w:tcPr>
          <w:p w:rsidR="002A6BAA" w:rsidRDefault="00A80F0C">
            <w:r>
              <w:t>udžbenik glazbene kulture u osmom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5278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Povijest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KLIO 8</w:t>
            </w:r>
          </w:p>
        </w:tc>
        <w:tc>
          <w:tcPr>
            <w:tcW w:w="1440" w:type="dxa"/>
          </w:tcPr>
          <w:p w:rsidR="002A6BAA" w:rsidRDefault="00A80F0C">
            <w:r>
              <w:t>udžbenik povijesti u osmome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4946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Geografija</w:t>
            </w:r>
          </w:p>
        </w:tc>
        <w:tc>
          <w:tcPr>
            <w:tcW w:w="1440" w:type="dxa"/>
          </w:tcPr>
          <w:p w:rsidR="002A6BAA" w:rsidRDefault="00A80F0C">
            <w:r>
              <w:t>Alfa d.d.</w:t>
            </w:r>
          </w:p>
        </w:tc>
        <w:tc>
          <w:tcPr>
            <w:tcW w:w="1440" w:type="dxa"/>
          </w:tcPr>
          <w:p w:rsidR="002A6BAA" w:rsidRDefault="00A80F0C">
            <w:r>
              <w:t xml:space="preserve">MOJA ZEMLJA 4 </w:t>
            </w:r>
          </w:p>
        </w:tc>
        <w:tc>
          <w:tcPr>
            <w:tcW w:w="1440" w:type="dxa"/>
          </w:tcPr>
          <w:p w:rsidR="002A6BAA" w:rsidRDefault="00A80F0C">
            <w:r>
              <w:t>udžbenik iz geografije za osmi razred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5323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Tehnička kultura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SVIJET TEHNIKE 8</w:t>
            </w:r>
          </w:p>
        </w:tc>
        <w:tc>
          <w:tcPr>
            <w:tcW w:w="1440" w:type="dxa"/>
          </w:tcPr>
          <w:p w:rsidR="002A6BAA" w:rsidRDefault="00A80F0C">
            <w:r>
              <w:t>udžbenik tehničke kulture u osmom razredu osnovne škole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5238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Informatika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#MOJPORTAL8</w:t>
            </w:r>
          </w:p>
        </w:tc>
        <w:tc>
          <w:tcPr>
            <w:tcW w:w="1440" w:type="dxa"/>
          </w:tcPr>
          <w:p w:rsidR="002A6BAA" w:rsidRDefault="00A80F0C">
            <w:r>
              <w:t>udžbenik informatike u osmom razredu osnovne škole s dodatnim digitalnim sa</w:t>
            </w:r>
            <w:r>
              <w:t>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5020</w:t>
            </w:r>
          </w:p>
        </w:tc>
        <w:tc>
          <w:tcPr>
            <w:tcW w:w="1440" w:type="dxa"/>
          </w:tcPr>
          <w:p w:rsidR="002A6BAA" w:rsidRDefault="00A80F0C">
            <w:r>
              <w:t>8. A</w:t>
            </w:r>
          </w:p>
        </w:tc>
        <w:tc>
          <w:tcPr>
            <w:tcW w:w="1440" w:type="dxa"/>
          </w:tcPr>
          <w:p w:rsidR="002A6BAA" w:rsidRDefault="00A80F0C">
            <w:r>
              <w:t>Katolički vjeronauk</w:t>
            </w:r>
          </w:p>
        </w:tc>
        <w:tc>
          <w:tcPr>
            <w:tcW w:w="1440" w:type="dxa"/>
          </w:tcPr>
          <w:p w:rsidR="002A6BAA" w:rsidRDefault="00A80F0C">
            <w:r>
              <w:t>Kršćanska sadašnjost d.o.o.</w:t>
            </w:r>
          </w:p>
        </w:tc>
        <w:tc>
          <w:tcPr>
            <w:tcW w:w="1440" w:type="dxa"/>
          </w:tcPr>
          <w:p w:rsidR="002A6BAA" w:rsidRDefault="00A80F0C">
            <w:r>
              <w:t>UKORAK S ISUSOM</w:t>
            </w:r>
          </w:p>
        </w:tc>
        <w:tc>
          <w:tcPr>
            <w:tcW w:w="1440" w:type="dxa"/>
          </w:tcPr>
          <w:p w:rsidR="002A6BAA" w:rsidRDefault="00A80F0C">
            <w:r>
              <w:t>udžbenik za katolički vjeronauk osmoga razreda osnovne škole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lastRenderedPageBreak/>
              <w:t>5308</w:t>
            </w:r>
          </w:p>
        </w:tc>
        <w:tc>
          <w:tcPr>
            <w:tcW w:w="1440" w:type="dxa"/>
          </w:tcPr>
          <w:p w:rsidR="002A6BAA" w:rsidRDefault="00A80F0C">
            <w:r>
              <w:t>8.A</w:t>
            </w:r>
          </w:p>
        </w:tc>
        <w:tc>
          <w:tcPr>
            <w:tcW w:w="1440" w:type="dxa"/>
          </w:tcPr>
          <w:p w:rsidR="002A6BAA" w:rsidRDefault="00A80F0C">
            <w:r>
              <w:t>Talijanski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Školska knjiga d.d.</w:t>
            </w:r>
          </w:p>
        </w:tc>
        <w:tc>
          <w:tcPr>
            <w:tcW w:w="1440" w:type="dxa"/>
          </w:tcPr>
          <w:p w:rsidR="002A6BAA" w:rsidRDefault="00A80F0C">
            <w:r>
              <w:t>PAROLANDIA 5</w:t>
            </w:r>
          </w:p>
        </w:tc>
        <w:tc>
          <w:tcPr>
            <w:tcW w:w="1440" w:type="dxa"/>
          </w:tcPr>
          <w:p w:rsidR="002A6BAA" w:rsidRDefault="00A80F0C">
            <w:r>
              <w:t>radni udžbenik talijanskog jezika u</w:t>
            </w:r>
            <w:r>
              <w:t xml:space="preserve"> osmom razredu osnovne škole, 5. godina učenja s dodatnim digitalnim sadržajima</w:t>
            </w:r>
          </w:p>
        </w:tc>
      </w:tr>
      <w:tr w:rsidR="002A6BAA">
        <w:tc>
          <w:tcPr>
            <w:tcW w:w="1440" w:type="dxa"/>
          </w:tcPr>
          <w:p w:rsidR="002A6BAA" w:rsidRDefault="00A80F0C">
            <w:r>
              <w:t>5149</w:t>
            </w:r>
          </w:p>
        </w:tc>
        <w:tc>
          <w:tcPr>
            <w:tcW w:w="1440" w:type="dxa"/>
          </w:tcPr>
          <w:p w:rsidR="002A6BAA" w:rsidRDefault="00A80F0C">
            <w:r>
              <w:t>8.A</w:t>
            </w:r>
          </w:p>
        </w:tc>
        <w:tc>
          <w:tcPr>
            <w:tcW w:w="1440" w:type="dxa"/>
          </w:tcPr>
          <w:p w:rsidR="002A6BAA" w:rsidRDefault="00A80F0C">
            <w:r>
              <w:t>Njemački jezik, početno učenje</w:t>
            </w:r>
          </w:p>
        </w:tc>
        <w:tc>
          <w:tcPr>
            <w:tcW w:w="1440" w:type="dxa"/>
          </w:tcPr>
          <w:p w:rsidR="002A6BAA" w:rsidRDefault="00A80F0C">
            <w:r>
              <w:t>Profil Klett d.o.o.</w:t>
            </w:r>
          </w:p>
        </w:tc>
        <w:tc>
          <w:tcPr>
            <w:tcW w:w="1440" w:type="dxa"/>
          </w:tcPr>
          <w:p w:rsidR="002A6BAA" w:rsidRDefault="00A80F0C">
            <w:r>
              <w:t>MAXIMAL 5</w:t>
            </w:r>
          </w:p>
        </w:tc>
        <w:tc>
          <w:tcPr>
            <w:tcW w:w="1440" w:type="dxa"/>
          </w:tcPr>
          <w:p w:rsidR="002A6BAA" w:rsidRDefault="00A80F0C">
            <w:r>
              <w:t>udžbenik njemačkoga jezika za osmi razred osnovne škole, peta godina učenja</w:t>
            </w:r>
          </w:p>
        </w:tc>
      </w:tr>
    </w:tbl>
    <w:p w:rsidR="00A80F0C" w:rsidRDefault="00A80F0C"/>
    <w:sectPr w:rsidR="00A80F0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A6BAA"/>
    <w:rsid w:val="00326F90"/>
    <w:rsid w:val="006E1E09"/>
    <w:rsid w:val="00A80F0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FE611411-921C-44BB-9842-906745F3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297D68-3B05-46EA-A1F6-0990E449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2499</Words>
  <Characters>14248</Characters>
  <Application>Microsoft Office Word</Application>
  <DocSecurity>0</DocSecurity>
  <Lines>118</Lines>
  <Paragraphs>33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Tajništvo</cp:lastModifiedBy>
  <cp:revision>2</cp:revision>
  <dcterms:created xsi:type="dcterms:W3CDTF">2026-07-22T10:49:00Z</dcterms:created>
  <dcterms:modified xsi:type="dcterms:W3CDTF">2026-07-22T10:49:00Z</dcterms:modified>
  <cp:category/>
</cp:coreProperties>
</file>